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B792" w14:textId="77777777" w:rsidR="00575BEE" w:rsidRDefault="00000000">
      <w:pPr>
        <w:spacing w:after="40"/>
        <w:jc w:val="center"/>
      </w:pPr>
      <w:r>
        <w:rPr>
          <w:noProof/>
        </w:rPr>
        <w:drawing>
          <wp:inline distT="0" distB="0" distL="0" distR="0" wp14:anchorId="6C4D6002" wp14:editId="6F691061">
            <wp:extent cx="1645920" cy="6445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64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45725" w14:textId="77777777" w:rsidR="00575BEE" w:rsidRDefault="00000000">
      <w:pPr>
        <w:pStyle w:val="Title"/>
        <w:spacing w:after="140"/>
        <w:jc w:val="center"/>
      </w:pPr>
      <w:r>
        <w:rPr>
          <w:color w:val="000000"/>
          <w:sz w:val="32"/>
        </w:rPr>
        <w:t>ECM Coverage Gap Documentation Tool</w:t>
      </w:r>
    </w:p>
    <w:p w14:paraId="6A8010FD" w14:textId="77777777" w:rsidR="00575BEE" w:rsidRDefault="00000000">
      <w:r>
        <w:rPr>
          <w:b/>
        </w:rPr>
        <w:t xml:space="preserve">Member Name: </w:t>
      </w:r>
      <w:sdt>
        <w:sdtPr>
          <w:alias w:val="member name"/>
          <w:tag w:val="member_name"/>
          <w:id w:val="1001"/>
          <w:showingPlcHdr/>
          <w:text w:multiLine="1"/>
        </w:sdtPr>
        <w:sdtContent>
          <w:r>
            <w:rPr>
              <w:color w:val="666666"/>
            </w:rPr>
            <w:t>Click here to enter text</w:t>
          </w:r>
        </w:sdtContent>
      </w:sdt>
    </w:p>
    <w:p w14:paraId="4E189EFD" w14:textId="77777777" w:rsidR="00575BEE" w:rsidRDefault="00000000">
      <w:r>
        <w:rPr>
          <w:b/>
        </w:rPr>
        <w:t xml:space="preserve">CIN: </w:t>
      </w:r>
      <w:sdt>
        <w:sdtPr>
          <w:alias w:val="cin"/>
          <w:tag w:val="cin"/>
          <w:id w:val="1002"/>
          <w:showingPlcHdr/>
          <w:text w:multiLine="1"/>
        </w:sdtPr>
        <w:sdtContent>
          <w:r>
            <w:rPr>
              <w:color w:val="666666"/>
            </w:rPr>
            <w:t>Click here to enter text</w:t>
          </w:r>
        </w:sdtContent>
      </w:sdt>
    </w:p>
    <w:p w14:paraId="21982B06" w14:textId="77777777" w:rsidR="00575BEE" w:rsidRDefault="00000000">
      <w:r>
        <w:rPr>
          <w:b/>
        </w:rPr>
        <w:t xml:space="preserve">Date Coverage Issue Identified: </w:t>
      </w:r>
      <w:sdt>
        <w:sdtPr>
          <w:alias w:val="date identified"/>
          <w:tag w:val="date_identified"/>
          <w:id w:val="1003"/>
          <w:showingPlcHdr/>
          <w:text w:multiLine="1"/>
        </w:sdtPr>
        <w:sdtContent>
          <w:r>
            <w:rPr>
              <w:color w:val="666666"/>
            </w:rPr>
            <w:t>Enter date</w:t>
          </w:r>
        </w:sdtContent>
      </w:sdt>
    </w:p>
    <w:p w14:paraId="65B75A39" w14:textId="77777777" w:rsidR="00575BEE" w:rsidRDefault="00000000">
      <w:pPr>
        <w:pStyle w:val="Heading1"/>
      </w:pPr>
      <w:r>
        <w:t>Source of Information</w:t>
      </w:r>
    </w:p>
    <w:p w14:paraId="460D1CC4" w14:textId="77777777" w:rsidR="00575BEE" w:rsidRDefault="00000000">
      <w:pPr>
        <w:spacing w:after="60"/>
      </w:pPr>
      <w:r>
        <w:t>Check one.</w:t>
      </w:r>
    </w:p>
    <w:p w14:paraId="00155FCD" w14:textId="38A9A7D8" w:rsidR="00575BEE" w:rsidRDefault="00000000">
      <w:sdt>
        <w:sdtPr>
          <w:alias w:val="source 0"/>
          <w:tag w:val="source_0"/>
          <w:id w:val="1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585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Member report </w:t>
      </w:r>
    </w:p>
    <w:p w14:paraId="4F08F1B8" w14:textId="77777777" w:rsidR="00575BEE" w:rsidRDefault="00000000">
      <w:sdt>
        <w:sdtPr>
          <w:alias w:val="source 1"/>
          <w:tag w:val="source_1"/>
          <w:id w:val="1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Central California Alliance for Health portal </w:t>
      </w:r>
    </w:p>
    <w:p w14:paraId="252E0D2B" w14:textId="77777777" w:rsidR="00575BEE" w:rsidRDefault="00000000">
      <w:sdt>
        <w:sdtPr>
          <w:alias w:val="source 2"/>
          <w:tag w:val="source_2"/>
          <w:id w:val="1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Provider communication </w:t>
      </w:r>
    </w:p>
    <w:p w14:paraId="72BBEC41" w14:textId="77777777" w:rsidR="00575BEE" w:rsidRDefault="00000000">
      <w:sdt>
        <w:sdtPr>
          <w:alias w:val="source 3"/>
          <w:tag w:val="source_3"/>
          <w:id w:val="1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Other: </w:t>
      </w:r>
      <w:sdt>
        <w:sdtPr>
          <w:alias w:val="source other"/>
          <w:tag w:val="source_other"/>
          <w:id w:val="1008"/>
          <w:showingPlcHdr/>
          <w:text w:multiLine="1"/>
        </w:sdtPr>
        <w:sdtContent>
          <w:r>
            <w:rPr>
              <w:color w:val="666666"/>
            </w:rPr>
            <w:t>Enter details</w:t>
          </w:r>
        </w:sdtContent>
      </w:sdt>
    </w:p>
    <w:p w14:paraId="2E637E50" w14:textId="77777777" w:rsidR="00575BEE" w:rsidRDefault="00000000">
      <w:pPr>
        <w:pStyle w:val="Heading1"/>
      </w:pPr>
      <w:r>
        <w:t>Coverage Status</w:t>
      </w:r>
    </w:p>
    <w:p w14:paraId="39F190EA" w14:textId="77777777" w:rsidR="00575BEE" w:rsidRDefault="00000000">
      <w:sdt>
        <w:sdtPr>
          <w:alias w:val="coverage 0"/>
          <w:tag w:val="coverage_0"/>
          <w:id w:val="1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Active </w:t>
      </w:r>
    </w:p>
    <w:p w14:paraId="03513049" w14:textId="77777777" w:rsidR="00575BEE" w:rsidRDefault="00000000">
      <w:sdt>
        <w:sdtPr>
          <w:alias w:val="coverage 1"/>
          <w:tag w:val="coverage_1"/>
          <w:id w:val="1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Pending </w:t>
      </w:r>
    </w:p>
    <w:p w14:paraId="5CB61ABD" w14:textId="77777777" w:rsidR="00575BEE" w:rsidRDefault="00000000">
      <w:sdt>
        <w:sdtPr>
          <w:alias w:val="coverage 2"/>
          <w:tag w:val="coverage_2"/>
          <w:id w:val="1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Terminated </w:t>
      </w:r>
    </w:p>
    <w:p w14:paraId="512CA3AC" w14:textId="77777777" w:rsidR="00575BEE" w:rsidRDefault="00000000">
      <w:sdt>
        <w:sdtPr>
          <w:alias w:val="coverage 3"/>
          <w:tag w:val="coverage_3"/>
          <w:id w:val="1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Unknown </w:t>
      </w:r>
    </w:p>
    <w:p w14:paraId="388FD441" w14:textId="77777777" w:rsidR="00575BEE" w:rsidRDefault="00000000">
      <w:pPr>
        <w:pStyle w:val="Heading1"/>
      </w:pPr>
      <w:r>
        <w:t>Outreach &amp; Engagement Attempts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56"/>
        <w:gridCol w:w="2880"/>
        <w:gridCol w:w="5688"/>
      </w:tblGrid>
      <w:tr w:rsidR="00575BEE" w14:paraId="79830BD4" w14:textId="77777777">
        <w:tc>
          <w:tcPr>
            <w:tcW w:w="1656" w:type="dxa"/>
            <w:shd w:val="clear" w:color="auto" w:fill="DCE9F2"/>
          </w:tcPr>
          <w:p w14:paraId="00CE8221" w14:textId="77777777" w:rsidR="00575BEE" w:rsidRDefault="00000000">
            <w:r>
              <w:rPr>
                <w:b/>
              </w:rPr>
              <w:t>Date</w:t>
            </w:r>
          </w:p>
        </w:tc>
        <w:tc>
          <w:tcPr>
            <w:tcW w:w="2880" w:type="dxa"/>
            <w:shd w:val="clear" w:color="auto" w:fill="DCE9F2"/>
          </w:tcPr>
          <w:p w14:paraId="0D62EE87" w14:textId="77777777" w:rsidR="00575BEE" w:rsidRDefault="00000000">
            <w:r>
              <w:rPr>
                <w:b/>
              </w:rPr>
              <w:t>Method</w:t>
            </w:r>
          </w:p>
        </w:tc>
        <w:tc>
          <w:tcPr>
            <w:tcW w:w="5688" w:type="dxa"/>
            <w:shd w:val="clear" w:color="auto" w:fill="DCE9F2"/>
          </w:tcPr>
          <w:p w14:paraId="27656FE9" w14:textId="77777777" w:rsidR="00575BEE" w:rsidRDefault="00000000">
            <w:r>
              <w:rPr>
                <w:b/>
              </w:rPr>
              <w:t>Outcome</w:t>
            </w:r>
          </w:p>
        </w:tc>
      </w:tr>
      <w:tr w:rsidR="00575BEE" w14:paraId="7F042C09" w14:textId="77777777">
        <w:trPr>
          <w:cantSplit/>
        </w:trPr>
        <w:tc>
          <w:tcPr>
            <w:tcW w:w="1656" w:type="dxa"/>
          </w:tcPr>
          <w:p w14:paraId="3369C5D4" w14:textId="77777777" w:rsidR="00575BEE" w:rsidRDefault="00000000">
            <w:pPr>
              <w:spacing w:before="40" w:after="40"/>
            </w:pPr>
            <w:sdt>
              <w:sdtPr>
                <w:alias w:val="outreach 1 date"/>
                <w:tag w:val="outreach_1_date"/>
                <w:id w:val="1013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7BD73758" w14:textId="77777777" w:rsidR="00575BEE" w:rsidRDefault="00000000">
            <w:pPr>
              <w:spacing w:before="40" w:after="40"/>
            </w:pPr>
            <w:sdt>
              <w:sdtPr>
                <w:alias w:val="outreach 1 method"/>
                <w:tag w:val="outreach_1_method"/>
                <w:id w:val="1014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0A73294D" w14:textId="77777777" w:rsidR="00575BEE" w:rsidRDefault="00000000">
            <w:pPr>
              <w:spacing w:before="40" w:after="40"/>
            </w:pPr>
            <w:sdt>
              <w:sdtPr>
                <w:alias w:val="outreach 1 outcome"/>
                <w:tag w:val="outreach_1_outcome"/>
                <w:id w:val="1015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79693698" w14:textId="77777777">
        <w:trPr>
          <w:cantSplit/>
        </w:trPr>
        <w:tc>
          <w:tcPr>
            <w:tcW w:w="1656" w:type="dxa"/>
          </w:tcPr>
          <w:p w14:paraId="5E1A56E5" w14:textId="77777777" w:rsidR="00575BEE" w:rsidRDefault="00000000">
            <w:pPr>
              <w:spacing w:before="40" w:after="40"/>
            </w:pPr>
            <w:sdt>
              <w:sdtPr>
                <w:alias w:val="outreach 2 date"/>
                <w:tag w:val="outreach_2_date"/>
                <w:id w:val="1016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33847253" w14:textId="77777777" w:rsidR="00575BEE" w:rsidRDefault="00000000">
            <w:pPr>
              <w:spacing w:before="40" w:after="40"/>
            </w:pPr>
            <w:sdt>
              <w:sdtPr>
                <w:alias w:val="outreach 2 method"/>
                <w:tag w:val="outreach_2_method"/>
                <w:id w:val="1017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7B22998A" w14:textId="77777777" w:rsidR="00575BEE" w:rsidRDefault="00000000">
            <w:pPr>
              <w:spacing w:before="40" w:after="40"/>
            </w:pPr>
            <w:sdt>
              <w:sdtPr>
                <w:alias w:val="outreach 2 outcome"/>
                <w:tag w:val="outreach_2_outcome"/>
                <w:id w:val="1018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49DF9746" w14:textId="77777777">
        <w:trPr>
          <w:cantSplit/>
        </w:trPr>
        <w:tc>
          <w:tcPr>
            <w:tcW w:w="1656" w:type="dxa"/>
          </w:tcPr>
          <w:p w14:paraId="546061F9" w14:textId="77777777" w:rsidR="00575BEE" w:rsidRDefault="00000000">
            <w:pPr>
              <w:spacing w:before="40" w:after="40"/>
            </w:pPr>
            <w:sdt>
              <w:sdtPr>
                <w:alias w:val="outreach 3 date"/>
                <w:tag w:val="outreach_3_date"/>
                <w:id w:val="1019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109B77EF" w14:textId="77777777" w:rsidR="00575BEE" w:rsidRDefault="00000000">
            <w:pPr>
              <w:spacing w:before="40" w:after="40"/>
            </w:pPr>
            <w:sdt>
              <w:sdtPr>
                <w:alias w:val="outreach 3 method"/>
                <w:tag w:val="outreach_3_method"/>
                <w:id w:val="1020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3754C392" w14:textId="77777777" w:rsidR="00575BEE" w:rsidRDefault="00000000">
            <w:pPr>
              <w:spacing w:before="40" w:after="40"/>
            </w:pPr>
            <w:sdt>
              <w:sdtPr>
                <w:alias w:val="outreach 3 outcome"/>
                <w:tag w:val="outreach_3_outcome"/>
                <w:id w:val="1021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056880F6" w14:textId="77777777">
        <w:trPr>
          <w:cantSplit/>
        </w:trPr>
        <w:tc>
          <w:tcPr>
            <w:tcW w:w="1656" w:type="dxa"/>
          </w:tcPr>
          <w:p w14:paraId="21BB2D1A" w14:textId="77777777" w:rsidR="00575BEE" w:rsidRDefault="00000000">
            <w:pPr>
              <w:spacing w:before="40" w:after="40"/>
            </w:pPr>
            <w:sdt>
              <w:sdtPr>
                <w:alias w:val="outreach 4 date"/>
                <w:tag w:val="outreach_4_date"/>
                <w:id w:val="1022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24BDFBAA" w14:textId="77777777" w:rsidR="00575BEE" w:rsidRDefault="00000000">
            <w:pPr>
              <w:spacing w:before="40" w:after="40"/>
            </w:pPr>
            <w:sdt>
              <w:sdtPr>
                <w:alias w:val="outreach 4 method"/>
                <w:tag w:val="outreach_4_method"/>
                <w:id w:val="1023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276C6B98" w14:textId="77777777" w:rsidR="00575BEE" w:rsidRDefault="00000000">
            <w:pPr>
              <w:spacing w:before="40" w:after="40"/>
            </w:pPr>
            <w:sdt>
              <w:sdtPr>
                <w:alias w:val="outreach 4 outcome"/>
                <w:tag w:val="outreach_4_outcome"/>
                <w:id w:val="1024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5714FC5F" w14:textId="77777777">
        <w:trPr>
          <w:cantSplit/>
        </w:trPr>
        <w:tc>
          <w:tcPr>
            <w:tcW w:w="1656" w:type="dxa"/>
          </w:tcPr>
          <w:p w14:paraId="15280F92" w14:textId="77777777" w:rsidR="00575BEE" w:rsidRDefault="00000000">
            <w:pPr>
              <w:spacing w:before="40" w:after="40"/>
            </w:pPr>
            <w:sdt>
              <w:sdtPr>
                <w:alias w:val="outreach 5 date"/>
                <w:tag w:val="outreach_5_date"/>
                <w:id w:val="1025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3CEA2257" w14:textId="77777777" w:rsidR="00575BEE" w:rsidRDefault="00000000">
            <w:pPr>
              <w:spacing w:before="40" w:after="40"/>
            </w:pPr>
            <w:sdt>
              <w:sdtPr>
                <w:alias w:val="outreach 5 method"/>
                <w:tag w:val="outreach_5_method"/>
                <w:id w:val="1026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7D343653" w14:textId="77777777" w:rsidR="00575BEE" w:rsidRDefault="00000000">
            <w:pPr>
              <w:spacing w:before="40" w:after="40"/>
            </w:pPr>
            <w:sdt>
              <w:sdtPr>
                <w:alias w:val="outreach 5 outcome"/>
                <w:tag w:val="outreach_5_outcome"/>
                <w:id w:val="1027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7EAE0BA2" w14:textId="77777777">
        <w:trPr>
          <w:cantSplit/>
        </w:trPr>
        <w:tc>
          <w:tcPr>
            <w:tcW w:w="1656" w:type="dxa"/>
          </w:tcPr>
          <w:p w14:paraId="5B22A9D8" w14:textId="77777777" w:rsidR="00575BEE" w:rsidRDefault="00000000">
            <w:pPr>
              <w:spacing w:before="40" w:after="40"/>
            </w:pPr>
            <w:sdt>
              <w:sdtPr>
                <w:alias w:val="outreach 6 date"/>
                <w:tag w:val="outreach_6_date"/>
                <w:id w:val="1028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5BDA9B6F" w14:textId="77777777" w:rsidR="00575BEE" w:rsidRDefault="00000000">
            <w:pPr>
              <w:spacing w:before="40" w:after="40"/>
            </w:pPr>
            <w:sdt>
              <w:sdtPr>
                <w:alias w:val="outreach 6 method"/>
                <w:tag w:val="outreach_6_method"/>
                <w:id w:val="1029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6C89D49A" w14:textId="77777777" w:rsidR="00575BEE" w:rsidRDefault="00000000">
            <w:pPr>
              <w:spacing w:before="40" w:after="40"/>
            </w:pPr>
            <w:sdt>
              <w:sdtPr>
                <w:alias w:val="outreach 6 outcome"/>
                <w:tag w:val="outreach_6_outcome"/>
                <w:id w:val="1030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5B4A1ADC" w14:textId="77777777">
        <w:trPr>
          <w:cantSplit/>
        </w:trPr>
        <w:tc>
          <w:tcPr>
            <w:tcW w:w="1656" w:type="dxa"/>
          </w:tcPr>
          <w:p w14:paraId="76013112" w14:textId="77777777" w:rsidR="00575BEE" w:rsidRDefault="00000000">
            <w:pPr>
              <w:spacing w:before="40" w:after="40"/>
            </w:pPr>
            <w:sdt>
              <w:sdtPr>
                <w:alias w:val="outreach 7 date"/>
                <w:tag w:val="outreach_7_date"/>
                <w:id w:val="1031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26C47D0C" w14:textId="77777777" w:rsidR="00575BEE" w:rsidRDefault="00000000">
            <w:pPr>
              <w:spacing w:before="40" w:after="40"/>
            </w:pPr>
            <w:sdt>
              <w:sdtPr>
                <w:alias w:val="outreach 7 method"/>
                <w:tag w:val="outreach_7_method"/>
                <w:id w:val="1032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5AFDF26D" w14:textId="77777777" w:rsidR="00575BEE" w:rsidRDefault="00000000">
            <w:pPr>
              <w:spacing w:before="40" w:after="40"/>
            </w:pPr>
            <w:sdt>
              <w:sdtPr>
                <w:alias w:val="outreach 7 outcome"/>
                <w:tag w:val="outreach_7_outcome"/>
                <w:id w:val="1033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5BFF1F25" w14:textId="77777777">
        <w:trPr>
          <w:cantSplit/>
        </w:trPr>
        <w:tc>
          <w:tcPr>
            <w:tcW w:w="1656" w:type="dxa"/>
          </w:tcPr>
          <w:p w14:paraId="44F54CE7" w14:textId="77777777" w:rsidR="00575BEE" w:rsidRDefault="00000000">
            <w:pPr>
              <w:spacing w:before="40" w:after="40"/>
            </w:pPr>
            <w:sdt>
              <w:sdtPr>
                <w:alias w:val="outreach 8 date"/>
                <w:tag w:val="outreach_8_date"/>
                <w:id w:val="1034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119411BD" w14:textId="77777777" w:rsidR="00575BEE" w:rsidRDefault="00000000">
            <w:pPr>
              <w:spacing w:before="40" w:after="40"/>
            </w:pPr>
            <w:sdt>
              <w:sdtPr>
                <w:alias w:val="outreach 8 method"/>
                <w:tag w:val="outreach_8_method"/>
                <w:id w:val="1035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78792EA3" w14:textId="77777777" w:rsidR="00575BEE" w:rsidRDefault="00000000">
            <w:pPr>
              <w:spacing w:before="40" w:after="40"/>
            </w:pPr>
            <w:sdt>
              <w:sdtPr>
                <w:alias w:val="outreach 8 outcome"/>
                <w:tag w:val="outreach_8_outcome"/>
                <w:id w:val="1036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1A88F26E" w14:textId="77777777">
        <w:trPr>
          <w:cantSplit/>
        </w:trPr>
        <w:tc>
          <w:tcPr>
            <w:tcW w:w="1656" w:type="dxa"/>
          </w:tcPr>
          <w:p w14:paraId="655AB910" w14:textId="77777777" w:rsidR="00575BEE" w:rsidRDefault="00000000">
            <w:pPr>
              <w:spacing w:before="40" w:after="40"/>
            </w:pPr>
            <w:sdt>
              <w:sdtPr>
                <w:alias w:val="outreach 9 date"/>
                <w:tag w:val="outreach_9_date"/>
                <w:id w:val="1037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647A86DB" w14:textId="77777777" w:rsidR="00575BEE" w:rsidRDefault="00000000">
            <w:pPr>
              <w:spacing w:before="40" w:after="40"/>
            </w:pPr>
            <w:sdt>
              <w:sdtPr>
                <w:alias w:val="outreach 9 method"/>
                <w:tag w:val="outreach_9_method"/>
                <w:id w:val="1038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4B947CEA" w14:textId="77777777" w:rsidR="00575BEE" w:rsidRDefault="00000000">
            <w:pPr>
              <w:spacing w:before="40" w:after="40"/>
            </w:pPr>
            <w:sdt>
              <w:sdtPr>
                <w:alias w:val="outreach 9 outcome"/>
                <w:tag w:val="outreach_9_outcome"/>
                <w:id w:val="1039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7E058215" w14:textId="77777777">
        <w:trPr>
          <w:cantSplit/>
        </w:trPr>
        <w:tc>
          <w:tcPr>
            <w:tcW w:w="1656" w:type="dxa"/>
          </w:tcPr>
          <w:p w14:paraId="12C91C23" w14:textId="77777777" w:rsidR="00575BEE" w:rsidRDefault="00000000">
            <w:pPr>
              <w:spacing w:before="40" w:after="40"/>
            </w:pPr>
            <w:sdt>
              <w:sdtPr>
                <w:alias w:val="outreach 10 date"/>
                <w:tag w:val="outreach_10_date"/>
                <w:id w:val="1040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48492AB4" w14:textId="77777777" w:rsidR="00575BEE" w:rsidRDefault="00000000">
            <w:pPr>
              <w:spacing w:before="40" w:after="40"/>
            </w:pPr>
            <w:sdt>
              <w:sdtPr>
                <w:alias w:val="outreach 10 method"/>
                <w:tag w:val="outreach_10_method"/>
                <w:id w:val="1041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39F819E0" w14:textId="77777777" w:rsidR="00575BEE" w:rsidRDefault="00000000">
            <w:pPr>
              <w:spacing w:before="40" w:after="40"/>
            </w:pPr>
            <w:sdt>
              <w:sdtPr>
                <w:alias w:val="outreach 10 outcome"/>
                <w:tag w:val="outreach_10_outcome"/>
                <w:id w:val="1042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17C38EB8" w14:textId="77777777">
        <w:trPr>
          <w:cantSplit/>
        </w:trPr>
        <w:tc>
          <w:tcPr>
            <w:tcW w:w="1656" w:type="dxa"/>
          </w:tcPr>
          <w:p w14:paraId="345C6C6C" w14:textId="77777777" w:rsidR="00575BEE" w:rsidRDefault="00000000">
            <w:pPr>
              <w:spacing w:before="40" w:after="40"/>
            </w:pPr>
            <w:sdt>
              <w:sdtPr>
                <w:alias w:val="outreach 11 date"/>
                <w:tag w:val="outreach_11_date"/>
                <w:id w:val="1043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58B82A66" w14:textId="77777777" w:rsidR="00575BEE" w:rsidRDefault="00000000">
            <w:pPr>
              <w:spacing w:before="40" w:after="40"/>
            </w:pPr>
            <w:sdt>
              <w:sdtPr>
                <w:alias w:val="outreach 11 method"/>
                <w:tag w:val="outreach_11_method"/>
                <w:id w:val="1044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2C3F699E" w14:textId="77777777" w:rsidR="00575BEE" w:rsidRDefault="00000000">
            <w:pPr>
              <w:spacing w:before="40" w:after="40"/>
            </w:pPr>
            <w:sdt>
              <w:sdtPr>
                <w:alias w:val="outreach 11 outcome"/>
                <w:tag w:val="outreach_11_outcome"/>
                <w:id w:val="1045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6BF50043" w14:textId="77777777">
        <w:trPr>
          <w:cantSplit/>
        </w:trPr>
        <w:tc>
          <w:tcPr>
            <w:tcW w:w="1656" w:type="dxa"/>
          </w:tcPr>
          <w:p w14:paraId="4446E4C9" w14:textId="77777777" w:rsidR="00575BEE" w:rsidRDefault="00000000">
            <w:pPr>
              <w:spacing w:before="40" w:after="40"/>
            </w:pPr>
            <w:sdt>
              <w:sdtPr>
                <w:alias w:val="outreach 12 date"/>
                <w:tag w:val="outreach_12_date"/>
                <w:id w:val="1046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6EC3D8D8" w14:textId="77777777" w:rsidR="00575BEE" w:rsidRDefault="00000000">
            <w:pPr>
              <w:spacing w:before="40" w:after="40"/>
            </w:pPr>
            <w:sdt>
              <w:sdtPr>
                <w:alias w:val="outreach 12 method"/>
                <w:tag w:val="outreach_12_method"/>
                <w:id w:val="1047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6A62D0E6" w14:textId="77777777" w:rsidR="00575BEE" w:rsidRDefault="00000000">
            <w:pPr>
              <w:spacing w:before="40" w:after="40"/>
            </w:pPr>
            <w:sdt>
              <w:sdtPr>
                <w:alias w:val="outreach 12 outcome"/>
                <w:tag w:val="outreach_12_outcome"/>
                <w:id w:val="1048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  <w:tr w:rsidR="00575BEE" w14:paraId="287764F7" w14:textId="77777777">
        <w:trPr>
          <w:cantSplit/>
        </w:trPr>
        <w:tc>
          <w:tcPr>
            <w:tcW w:w="1656" w:type="dxa"/>
          </w:tcPr>
          <w:p w14:paraId="3117FC15" w14:textId="77777777" w:rsidR="00575BEE" w:rsidRDefault="00000000">
            <w:pPr>
              <w:spacing w:before="40" w:after="40"/>
            </w:pPr>
            <w:sdt>
              <w:sdtPr>
                <w:alias w:val="outreach 13 date"/>
                <w:tag w:val="outreach_13_date"/>
                <w:id w:val="1049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date</w:t>
                </w:r>
              </w:sdtContent>
            </w:sdt>
          </w:p>
        </w:tc>
        <w:tc>
          <w:tcPr>
            <w:tcW w:w="2880" w:type="dxa"/>
          </w:tcPr>
          <w:p w14:paraId="002E8148" w14:textId="77777777" w:rsidR="00575BEE" w:rsidRDefault="00000000">
            <w:pPr>
              <w:spacing w:before="40" w:after="40"/>
            </w:pPr>
            <w:sdt>
              <w:sdtPr>
                <w:alias w:val="outreach 13 method"/>
                <w:tag w:val="outreach_13_method"/>
                <w:id w:val="1050"/>
                <w:dropDownList>
                  <w:listItem w:displayText="Select method" w:value="Select method"/>
                  <w:listItem w:displayText="Phone" w:value="Phone"/>
                  <w:listItem w:displayText="In Person" w:value="In Person"/>
                  <w:listItem w:displayText="Text" w:value="Text"/>
                </w:dropDownList>
              </w:sdtPr>
              <w:sdtContent>
                <w:r>
                  <w:rPr>
                    <w:color w:val="666666"/>
                  </w:rPr>
                  <w:t>Select method</w:t>
                </w:r>
              </w:sdtContent>
            </w:sdt>
          </w:p>
        </w:tc>
        <w:tc>
          <w:tcPr>
            <w:tcW w:w="5688" w:type="dxa"/>
          </w:tcPr>
          <w:p w14:paraId="13225DDB" w14:textId="77777777" w:rsidR="00575BEE" w:rsidRDefault="00000000">
            <w:pPr>
              <w:spacing w:before="40" w:after="40"/>
            </w:pPr>
            <w:sdt>
              <w:sdtPr>
                <w:alias w:val="outreach 13 outcome"/>
                <w:tag w:val="outreach_13_outcome"/>
                <w:id w:val="1051"/>
                <w:showingPlcHdr/>
                <w:text w:multiLine="1"/>
              </w:sdtPr>
              <w:sdtContent>
                <w:r>
                  <w:rPr>
                    <w:color w:val="666666"/>
                  </w:rPr>
                  <w:t>Enter outcome</w:t>
                </w:r>
              </w:sdtContent>
            </w:sdt>
          </w:p>
        </w:tc>
      </w:tr>
    </w:tbl>
    <w:p w14:paraId="076927BD" w14:textId="77777777" w:rsidR="00575BEE" w:rsidRDefault="00000000">
      <w:r>
        <w:br w:type="page"/>
      </w:r>
    </w:p>
    <w:p w14:paraId="682638B4" w14:textId="77777777" w:rsidR="00575BEE" w:rsidRDefault="00000000">
      <w:pPr>
        <w:pStyle w:val="Heading1"/>
      </w:pPr>
      <w:r>
        <w:lastRenderedPageBreak/>
        <w:t>Actions Taken</w:t>
      </w:r>
    </w:p>
    <w:p w14:paraId="1D5A3054" w14:textId="77777777" w:rsidR="00575BEE" w:rsidRDefault="00000000">
      <w:sdt>
        <w:sdtPr>
          <w:alias w:val="actions 0"/>
          <w:tag w:val="actions_0"/>
          <w:id w:val="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Educated member on coverage issue </w:t>
      </w:r>
    </w:p>
    <w:p w14:paraId="27FCBF50" w14:textId="77777777" w:rsidR="00575BEE" w:rsidRDefault="00000000">
      <w:sdt>
        <w:sdtPr>
          <w:alias w:val="actions 1"/>
          <w:tag w:val="actions_1"/>
          <w:id w:val="1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Referred to county Medi-Cal office </w:t>
      </w:r>
    </w:p>
    <w:p w14:paraId="26442DC4" w14:textId="77777777" w:rsidR="00575BEE" w:rsidRDefault="00000000">
      <w:sdt>
        <w:sdtPr>
          <w:alias w:val="actions 2"/>
          <w:tag w:val="actions_2"/>
          <w:id w:val="1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Coordinated with CHW </w:t>
      </w:r>
    </w:p>
    <w:p w14:paraId="209C798B" w14:textId="77777777" w:rsidR="00575BEE" w:rsidRDefault="00000000">
      <w:sdt>
        <w:sdtPr>
          <w:alias w:val="actions 3"/>
          <w:tag w:val="actions_3"/>
          <w:id w:val="1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Attempted plan verification </w:t>
      </w:r>
    </w:p>
    <w:p w14:paraId="2DEF8BF5" w14:textId="77777777" w:rsidR="00575BEE" w:rsidRDefault="00000000">
      <w:sdt>
        <w:sdtPr>
          <w:alias w:val="actions 4"/>
          <w:tag w:val="actions_4"/>
          <w:id w:val="1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Other: </w:t>
      </w:r>
      <w:sdt>
        <w:sdtPr>
          <w:alias w:val="actions other"/>
          <w:tag w:val="actions_other"/>
          <w:id w:val="1057"/>
          <w:showingPlcHdr/>
          <w:text w:multiLine="1"/>
        </w:sdtPr>
        <w:sdtContent>
          <w:r>
            <w:rPr>
              <w:color w:val="666666"/>
            </w:rPr>
            <w:t>Enter details</w:t>
          </w:r>
        </w:sdtContent>
      </w:sdt>
    </w:p>
    <w:p w14:paraId="59D91443" w14:textId="77777777" w:rsidR="00575BEE" w:rsidRDefault="00000000">
      <w:pPr>
        <w:pStyle w:val="Heading1"/>
      </w:pPr>
      <w:r>
        <w:t>Enrollment Support</w:t>
      </w:r>
    </w:p>
    <w:p w14:paraId="77EB3B82" w14:textId="77777777" w:rsidR="00575BEE" w:rsidRDefault="00000000">
      <w:pPr>
        <w:spacing w:after="340"/>
      </w:pPr>
      <w:r>
        <w:rPr>
          <w:b/>
        </w:rPr>
        <w:t xml:space="preserve">Documents needed: </w:t>
      </w:r>
      <w:sdt>
        <w:sdtPr>
          <w:alias w:val="documents needed"/>
          <w:tag w:val="documents_needed"/>
          <w:id w:val="1058"/>
          <w:showingPlcHdr/>
          <w:text w:multiLine="1"/>
        </w:sdtPr>
        <w:sdtContent>
          <w:r>
            <w:rPr>
              <w:color w:val="666666"/>
            </w:rPr>
            <w:t>Click here to enter text</w:t>
          </w:r>
        </w:sdtContent>
      </w:sdt>
    </w:p>
    <w:p w14:paraId="1656DD05" w14:textId="77777777" w:rsidR="00575BEE" w:rsidRDefault="00000000">
      <w:pPr>
        <w:spacing w:after="340"/>
      </w:pPr>
      <w:r>
        <w:rPr>
          <w:b/>
        </w:rPr>
        <w:t xml:space="preserve">Assistance provided: </w:t>
      </w:r>
      <w:sdt>
        <w:sdtPr>
          <w:alias w:val="assistance provided"/>
          <w:tag w:val="assistance_provided"/>
          <w:id w:val="1059"/>
          <w:showingPlcHdr/>
          <w:text w:multiLine="1"/>
        </w:sdtPr>
        <w:sdtContent>
          <w:r>
            <w:rPr>
              <w:color w:val="666666"/>
            </w:rPr>
            <w:t>Click here to enter text</w:t>
          </w:r>
        </w:sdtContent>
      </w:sdt>
    </w:p>
    <w:p w14:paraId="1D69C6C9" w14:textId="77777777" w:rsidR="00575BEE" w:rsidRDefault="00000000">
      <w:pPr>
        <w:spacing w:after="340"/>
      </w:pPr>
      <w:r>
        <w:rPr>
          <w:b/>
        </w:rPr>
        <w:t xml:space="preserve">Barriers identified: </w:t>
      </w:r>
      <w:sdt>
        <w:sdtPr>
          <w:alias w:val="barriers identified"/>
          <w:tag w:val="barriers_identified"/>
          <w:id w:val="1060"/>
          <w:showingPlcHdr/>
          <w:text w:multiLine="1"/>
        </w:sdtPr>
        <w:sdtContent>
          <w:r>
            <w:rPr>
              <w:color w:val="666666"/>
            </w:rPr>
            <w:t>Click here to enter text</w:t>
          </w:r>
        </w:sdtContent>
      </w:sdt>
    </w:p>
    <w:p w14:paraId="7DFBC8CF" w14:textId="77777777" w:rsidR="00575BEE" w:rsidRDefault="00000000">
      <w:pPr>
        <w:pStyle w:val="Heading1"/>
      </w:pPr>
      <w:r>
        <w:t>Clinical / Social Risk during Gap</w:t>
      </w:r>
    </w:p>
    <w:p w14:paraId="3F53AB74" w14:textId="77777777" w:rsidR="00575BEE" w:rsidRDefault="00000000">
      <w:sdt>
        <w:sdtPr>
          <w:alias w:val="risk 0"/>
          <w:tag w:val="risk_0"/>
          <w:id w:val="1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Medication interruption risk </w:t>
      </w:r>
    </w:p>
    <w:p w14:paraId="07E55D88" w14:textId="77777777" w:rsidR="00575BEE" w:rsidRDefault="00000000">
      <w:sdt>
        <w:sdtPr>
          <w:alias w:val="risk 1"/>
          <w:tag w:val="risk_1"/>
          <w:id w:val="1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Housing instability </w:t>
      </w:r>
    </w:p>
    <w:p w14:paraId="0541DC76" w14:textId="77777777" w:rsidR="00575BEE" w:rsidRDefault="00000000">
      <w:sdt>
        <w:sdtPr>
          <w:alias w:val="risk 2"/>
          <w:tag w:val="risk_2"/>
          <w:id w:val="1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Behavioral health risk </w:t>
      </w:r>
    </w:p>
    <w:p w14:paraId="4AB35B3B" w14:textId="77777777" w:rsidR="00575BEE" w:rsidRDefault="00000000">
      <w:sdt>
        <w:sdtPr>
          <w:alias w:val="risk 3"/>
          <w:tag w:val="risk_3"/>
          <w:id w:val="1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Other: </w:t>
      </w:r>
      <w:sdt>
        <w:sdtPr>
          <w:alias w:val="risk other"/>
          <w:tag w:val="risk_other"/>
          <w:id w:val="1065"/>
          <w:showingPlcHdr/>
          <w:text w:multiLine="1"/>
        </w:sdtPr>
        <w:sdtContent>
          <w:r>
            <w:rPr>
              <w:color w:val="666666"/>
            </w:rPr>
            <w:t>Enter details</w:t>
          </w:r>
        </w:sdtContent>
      </w:sdt>
    </w:p>
    <w:p w14:paraId="5DBFC165" w14:textId="77777777" w:rsidR="00575BEE" w:rsidRDefault="00000000">
      <w:pPr>
        <w:pStyle w:val="Heading1"/>
      </w:pPr>
      <w:r>
        <w:t>Follow-Up Plan</w:t>
      </w:r>
    </w:p>
    <w:p w14:paraId="206B2D2A" w14:textId="77777777" w:rsidR="00575BEE" w:rsidRDefault="00000000">
      <w:r>
        <w:rPr>
          <w:b/>
        </w:rPr>
        <w:t xml:space="preserve">Next outreach date: </w:t>
      </w:r>
      <w:sdt>
        <w:sdtPr>
          <w:alias w:val="next outreach"/>
          <w:tag w:val="next_outreach"/>
          <w:id w:val="1066"/>
          <w:showingPlcHdr/>
          <w:text w:multiLine="1"/>
        </w:sdtPr>
        <w:sdtContent>
          <w:r>
            <w:rPr>
              <w:color w:val="666666"/>
            </w:rPr>
            <w:t>Enter date</w:t>
          </w:r>
        </w:sdtContent>
      </w:sdt>
    </w:p>
    <w:p w14:paraId="4AB06632" w14:textId="77777777" w:rsidR="00575BEE" w:rsidRDefault="00000000">
      <w:r>
        <w:rPr>
          <w:b/>
        </w:rPr>
        <w:t xml:space="preserve">Responsible staff: </w:t>
      </w:r>
      <w:sdt>
        <w:sdtPr>
          <w:alias w:val="responsible staff"/>
          <w:tag w:val="responsible_staff"/>
          <w:id w:val="1067"/>
          <w:showingPlcHdr/>
          <w:text w:multiLine="1"/>
        </w:sdtPr>
        <w:sdtContent>
          <w:r>
            <w:rPr>
              <w:color w:val="666666"/>
            </w:rPr>
            <w:t>Click here to enter text</w:t>
          </w:r>
        </w:sdtContent>
      </w:sdt>
    </w:p>
    <w:sectPr w:rsidR="00575BEE" w:rsidSect="00034616">
      <w:footerReference w:type="default" r:id="rId9"/>
      <w:pgSz w:w="12240" w:h="15840"/>
      <w:pgMar w:top="792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83DCB" w14:textId="77777777" w:rsidR="001B71EE" w:rsidRDefault="001B71EE">
      <w:pPr>
        <w:spacing w:after="0"/>
      </w:pPr>
      <w:r>
        <w:separator/>
      </w:r>
    </w:p>
  </w:endnote>
  <w:endnote w:type="continuationSeparator" w:id="0">
    <w:p w14:paraId="66AD57F2" w14:textId="77777777" w:rsidR="001B71EE" w:rsidRDefault="001B71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5007" w14:textId="77777777" w:rsidR="00575BEE" w:rsidRDefault="00000000">
    <w:pPr>
      <w:pStyle w:val="Footer"/>
      <w:jc w:val="center"/>
    </w:pPr>
    <w:r>
      <w:rPr>
        <w:color w:val="245984"/>
        <w:sz w:val="18"/>
      </w:rPr>
      <w:t>Member coverage status reviewed and non-billable ECM engagement maintained in</w:t>
    </w:r>
    <w:r>
      <w:rPr>
        <w:color w:val="245984"/>
        <w:sz w:val="18"/>
      </w:rPr>
      <w:br/>
      <w:t>accordance with California Department of Health Care Services ECM guidelines.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E1E21" w14:textId="77777777" w:rsidR="001B71EE" w:rsidRDefault="001B71EE">
      <w:pPr>
        <w:spacing w:after="0"/>
      </w:pPr>
      <w:r>
        <w:separator/>
      </w:r>
    </w:p>
  </w:footnote>
  <w:footnote w:type="continuationSeparator" w:id="0">
    <w:p w14:paraId="6D4B8744" w14:textId="77777777" w:rsidR="001B71EE" w:rsidRDefault="001B71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9041782">
    <w:abstractNumId w:val="8"/>
  </w:num>
  <w:num w:numId="2" w16cid:durableId="888296430">
    <w:abstractNumId w:val="6"/>
  </w:num>
  <w:num w:numId="3" w16cid:durableId="1362124442">
    <w:abstractNumId w:val="5"/>
  </w:num>
  <w:num w:numId="4" w16cid:durableId="7683171">
    <w:abstractNumId w:val="4"/>
  </w:num>
  <w:num w:numId="5" w16cid:durableId="902060587">
    <w:abstractNumId w:val="7"/>
  </w:num>
  <w:num w:numId="6" w16cid:durableId="1251743463">
    <w:abstractNumId w:val="3"/>
  </w:num>
  <w:num w:numId="7" w16cid:durableId="2122065406">
    <w:abstractNumId w:val="2"/>
  </w:num>
  <w:num w:numId="8" w16cid:durableId="1151559784">
    <w:abstractNumId w:val="1"/>
  </w:num>
  <w:num w:numId="9" w16cid:durableId="82803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85F"/>
    <w:rsid w:val="0015074B"/>
    <w:rsid w:val="001B71EE"/>
    <w:rsid w:val="0029639D"/>
    <w:rsid w:val="00326F90"/>
    <w:rsid w:val="00575BEE"/>
    <w:rsid w:val="008B36A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B6F083"/>
  <w14:defaultImageDpi w14:val="300"/>
  <w15:docId w15:val="{BF582B66-90CD-42C8-A014-6B0BC5FA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24598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24598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ECM Coverage Gap Documentation Tool</dc:title>
  <dc:subject/>
  <dc:creator/>
  <cp:keywords/>
  <dc:description>generated by python-docx</dc:description>
  <cp:lastModifiedBy>Memo De La Riva</cp:lastModifiedBy>
  <cp:revision>3</cp:revision>
  <dcterms:created xsi:type="dcterms:W3CDTF">2013-12-23T23:15:00Z</dcterms:created>
  <dcterms:modified xsi:type="dcterms:W3CDTF">2026-10-29T17:00:00Z</dcterms:modified>
  <cp:category/>
</cp:coreProperties>
</file>